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ОТВЕТ</w:t>
      </w:r>
    </w:p>
    <w:p>
      <w:pPr>
        <w:jc w:val="center"/>
      </w:pPr>
      <w:r>
        <w:rPr>
          <w:b/>
        </w:rPr>
        <w:t>на требование о представлении документов (информации)</w:t>
      </w:r>
    </w:p>
    <w:p/>
    <w:p>
      <w:pPr>
        <w:jc w:val="both"/>
      </w:pPr>
      <w:r>
        <w:t>В ответ на требование о представлении документов (информации) № [НОМЕР ТРЕБОВАНИЯ] от [ДАТА ТРЕБОВАНИЯ] (форма по КНД 1165013) представляем истребуемые документы согласно описи. Документы переданы по пунктам требования.</w:t>
      </w:r>
    </w:p>
    <w:p>
      <w:pPr>
        <w:jc w:val="both"/>
      </w:pPr>
      <w:r>
        <w:t>Всего передаётся [КОЛИЧЕСТВО] документов на [КОЛИЧЕСТВО] листах. Копии заверены в установленном порядке.</w:t>
      </w:r>
    </w:p>
    <w:p/>
    <w:p>
      <w:pPr>
        <w:jc w:val="center"/>
      </w:pPr>
      <w:r>
        <w:rPr>
          <w:b/>
        </w:rPr>
        <w:t>ОПИСЬ ПЕРЕДАВАЕМЫХ ДОКУМЕНТОВ</w:t>
      </w:r>
    </w:p>
    <w:p/>
    <w:p>
      <w:pPr>
        <w:jc w:val="both"/>
      </w:pPr>
      <w:r>
        <w:t>1. [НАИМЕНОВАНИЕ ДОКУМЕНТА — НАПРИМЕР: ДОГОВОР № [НОМЕР] ОТ [ДАТА]] — [КОЛ-ВО] л.;</w:t>
      </w:r>
    </w:p>
    <w:p>
      <w:pPr>
        <w:jc w:val="both"/>
      </w:pPr>
      <w:r>
        <w:t>2. [НАИМЕНОВАНИЕ ДОКУМЕНТА — НАПРИМЕР: СЧЁТ-ФАКТУРА № [НОМЕР] ОТ [ДАТА]] — [КОЛ-ВО] л.;</w:t>
      </w:r>
    </w:p>
    <w:p>
      <w:pPr>
        <w:jc w:val="both"/>
      </w:pPr>
      <w:r>
        <w:t>3. [НАИМЕНОВАНИЕ ДОКУМЕНТА — НАПРИМЕР: ТОВАРНАЯ НАКЛАДНАЯ / АКТ / ПЛАТЁЖНОЕ ПОРУЧЕНИЕ] — [КОЛ-ВО] л.;</w:t>
      </w:r>
    </w:p>
    <w:p>
      <w:pPr>
        <w:jc w:val="both"/>
      </w:pPr>
      <w:r>
        <w:t>[ПРОДОЛЖИТЬ ПЕРЕЧЕНЬ ПО ПУНКТАМ ТРЕБОВАНИЯ].</w:t>
      </w:r>
    </w:p>
    <w:p>
      <w:pPr>
        <w:jc w:val="both"/>
      </w:pPr>
      <w:r>
        <w:t>Документы, относящиеся к предмету и периоду требования, представлены в полном объёме.</w:t>
      </w:r>
    </w:p>
    <w:p>
      <w:pPr>
        <w:jc w:val="both"/>
      </w:pPr>
      <w:r>
        <w:t>[ЕСЛИ ЧАСТЬ ДОКУМЕНТОВ К ПРЕДМЕТУ ИЛИ ПЕРИОДУ ТРЕБОВАНИЯ НЕ ОТНОСИТСЯ: По пунктам [НОМЕРА ПУНКТОВ] требования документы не представляются с изложением мотивов в отдельном письме.]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