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НАЛОГОВОГО ОРГАНА, НАПРИМЕР: ИФНС РОССИИ № 22 ПО Г. МОСКВЕ]</w:t>
      </w:r>
    </w:p>
    <w:p>
      <w:pPr>
        <w:jc w:val="right"/>
      </w:pPr>
      <w:r>
        <w:t>от [ПОЛНОЕ НАИМЕНОВАНИЕ ОРГАНИЗАЦИИ / ФИО ИП]</w:t>
      </w:r>
    </w:p>
    <w:p>
      <w:pPr>
        <w:jc w:val="right"/>
      </w:pPr>
      <w:r>
        <w:t>ИНН [ИНН], КПП [КПП — ДЛЯ ОРГАНИЗАЦИЙ]</w:t>
      </w:r>
    </w:p>
    <w:p>
      <w:pPr>
        <w:jc w:val="right"/>
      </w:pPr>
      <w:r>
        <w:t>адрес: [АДРЕС]</w:t>
      </w:r>
    </w:p>
    <w:p/>
    <w:p>
      <w:r>
        <w:t>Исх. № [ИСХОДЯЩИЙ НОМЕР] от [ДАТА ДОКУМЕНТА]</w:t>
      </w:r>
    </w:p>
    <w:p/>
    <w:p>
      <w:pPr>
        <w:jc w:val="center"/>
      </w:pPr>
      <w:r>
        <w:rPr>
          <w:b/>
        </w:rPr>
        <w:t>УВЕДОМЛЕНИЕ</w:t>
      </w:r>
    </w:p>
    <w:p>
      <w:pPr>
        <w:jc w:val="center"/>
      </w:pPr>
      <w:r>
        <w:rPr>
          <w:b/>
        </w:rPr>
        <w:t>о невозможности представления в установленные сроки документов (информации)</w:t>
      </w:r>
    </w:p>
    <w:p>
      <w:pPr>
        <w:jc w:val="center"/>
      </w:pPr>
      <w:r>
        <w:rPr>
          <w:b/>
        </w:rPr>
        <w:t>(форма по КНД 1125045)</w:t>
      </w:r>
    </w:p>
    <w:p/>
    <w:p>
      <w:pPr>
        <w:jc w:val="both"/>
      </w:pPr>
      <w:r>
        <w:t>В связи с получением требования о представлении документов (информации) № [НОМЕР ТРЕБОВАНИЯ] от [ДАТА ТРЕБОВАНИЯ] сообщаем о невозможности представления документов (информации) в установленный срок по причине: [ПРИЧИНА — НАПРИМЕР: БОЛЬШОЙ ОБЪЁМ ИСТРЕБУЕМЫХ ДОКУМЕНТОВ; ВРЕМЕННОЕ ОТСУТСТВИЕ ГЛАВНОГО БУХГАЛТЕРА; НЕОБХОДИМОСТЬ ВОССТАНОВЛЕНИЯ ДОКУМЕНТОВ].</w:t>
      </w:r>
    </w:p>
    <w:p>
      <w:pPr>
        <w:jc w:val="both"/>
      </w:pPr>
      <w:r>
        <w:t>Просим продлить срок представления документов (информации) до [ДАТА, ДО КОТОРОЙ ПРОСИТЕ ПРОДЛИТЬ] на основании п. 3 ст. 93 Налогового кодекса Российской Федерации.</w:t>
      </w:r>
    </w:p>
    <w:p/>
    <w:p>
      <w:r>
        <w:t>[ДОЛЖНОСТЬ ПОДПИСАНТА, НАПРИМЕР: ГЕНЕРАЛЬНЫЙ ДИРЕКТОР]  _______________  [ФАМИЛИЯ И. О.]</w:t>
      </w:r>
    </w:p>
    <w:p>
      <w:r>
        <w:t>[ДАТА]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